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זְכוּת ולדעת דוגמה לזכות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ופעילויות שגורמים לנו להרגיש טוב ובטוחים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אישיות בכתיבה ובציור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שמותר לכל ילד וילדה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זה משמח ומפתח אותנו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ביטחון הוא זכות בסיסית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ילד, קטן או גדול, זכאי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שבו מרגישים טוב ורגועים)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(פעילות שגורמת לנו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(קישוט שמסמל שאתם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 שמגיע לכל ילד וילדה)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לקבל כל תיאור הגיוני של מקום ותחושת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המושג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מקום בטוח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ביטוי העדפה אישית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המשימות בקול לפני שהתלמידים כותבים או 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כל תשובה אישית כנכונה כל עוד היא 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חלק מהציורים בכיתה לשיתוף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ציירו וכתבו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ביום זכויות הילד לומדים שלכל ילד וילדה יש זכויות חשובות, כמו הזכות להרגיש בטוחים ולשחק. בדף הזה נתרגל את המילים והרעיונות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בטוחים  · 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זְכוּת?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שמותר לכל ילד וילדה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משמח ומפתח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זה מעייף אותנו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אסור לנו לנוח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וילדה יש זכות להרגיש בטוחים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ילדים גדולים יכולים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כֶּתֶר הוא דבר שאפשר לכתוב עליו את 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מקום שבו אנחנו מרגישים __________ הוא מקום טוב בשבילנו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מקום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שמגיע לכל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 אהוב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קישוט שמסמל שאתם חשובים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פעילות שגורמת לנו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שבו מרגישים טוב ורגועים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חשבו על מקום בטוח ששייך לכם. כתבו שתי מילים שמתארות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אתם מרגישים הכי בטוחים?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ציירו וכתבו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